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F293" w14:textId="77777777" w:rsidR="00E17C98" w:rsidRDefault="00E17C98"/>
    <w:p w14:paraId="1AEB5132" w14:textId="77777777" w:rsidR="00E17C98" w:rsidRDefault="00E17C98"/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E17C98" w:rsidRPr="00302EDE" w14:paraId="381B0CCE" w14:textId="77777777" w:rsidTr="009801F5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4EE4625" w14:textId="77777777" w:rsidR="00E17C98" w:rsidRPr="00302EDE" w:rsidRDefault="00E17C98" w:rsidP="009801F5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42EAC56D" wp14:editId="43A4B69F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405A86D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E17C98" w:rsidRPr="00302EDE" w14:paraId="4C5BFBCA" w14:textId="77777777" w:rsidTr="009801F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00C6FEF3" w14:textId="77777777" w:rsidR="00E17C98" w:rsidRPr="00302EDE" w:rsidRDefault="00E17C98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D2F6806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4EB68D6A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E17C98" w:rsidRPr="007822C2" w14:paraId="156F9EEB" w14:textId="77777777" w:rsidTr="009801F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FD75DE1" w14:textId="77777777" w:rsidR="00E17C98" w:rsidRPr="00302EDE" w:rsidRDefault="00E17C98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439775B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2BA47FDA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0C9A4F6" w14:textId="77777777" w:rsidR="00E17C98" w:rsidRPr="00302EDE" w:rsidRDefault="00E17C98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32CA583F" w14:textId="77777777" w:rsidR="00E17C98" w:rsidRPr="00302EDE" w:rsidRDefault="00E17C98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17A82B6D" w14:textId="77777777" w:rsidR="00E17C98" w:rsidRPr="00302EDE" w:rsidRDefault="00E17C98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2996B377" w14:textId="77777777" w:rsidR="00E17C98" w:rsidRPr="00302EDE" w:rsidRDefault="00E17C98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E17C98" w:rsidRPr="00302EDE" w14:paraId="0DE53C60" w14:textId="77777777" w:rsidTr="009801F5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6306A2B" w14:textId="77777777" w:rsidR="00E17C98" w:rsidRPr="00302EDE" w:rsidRDefault="00E17C98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A65FACB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5530B4B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E17C98" w:rsidRPr="00302EDE" w14:paraId="66FE4004" w14:textId="77777777" w:rsidTr="009801F5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2E49F9BB" w14:textId="77777777" w:rsidR="00E17C98" w:rsidRPr="00302EDE" w:rsidRDefault="00E17C98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58FEB982" w14:textId="77777777" w:rsidR="00AD35FD" w:rsidRPr="00E17C98" w:rsidRDefault="0022291C" w:rsidP="007050CD">
      <w:pPr>
        <w:spacing w:before="140" w:after="40"/>
        <w:jc w:val="center"/>
        <w:rPr>
          <w:rFonts w:ascii="Cambria" w:hAnsi="Cambria"/>
          <w:sz w:val="28"/>
          <w:szCs w:val="28"/>
          <w:lang w:val="ro-RO"/>
        </w:rPr>
      </w:pPr>
      <w:r w:rsidRPr="00E17C98">
        <w:rPr>
          <w:rFonts w:ascii="Cambria" w:hAnsi="Cambria"/>
          <w:b/>
          <w:sz w:val="28"/>
          <w:szCs w:val="28"/>
          <w:lang w:val="ro-RO"/>
        </w:rPr>
        <w:t>ÎNȘTIINȚARE</w:t>
      </w:r>
    </w:p>
    <w:p w14:paraId="3F1F960E" w14:textId="77777777" w:rsidR="00AD35FD" w:rsidRPr="00E17C98" w:rsidRDefault="0022291C">
      <w:pPr>
        <w:spacing w:after="120"/>
        <w:jc w:val="center"/>
        <w:rPr>
          <w:rFonts w:ascii="Cambria" w:hAnsi="Cambria"/>
          <w:lang w:val="ro-RO"/>
        </w:rPr>
      </w:pPr>
      <w:r w:rsidRPr="00E17C98">
        <w:rPr>
          <w:rFonts w:ascii="Cambria" w:hAnsi="Cambria"/>
          <w:sz w:val="19"/>
          <w:lang w:val="ro-RO"/>
        </w:rPr>
        <w:t>privind încheierea execuției lucrărilor</w:t>
      </w:r>
    </w:p>
    <w:p w14:paraId="39CC6B28" w14:textId="77777777" w:rsidR="00AD35FD" w:rsidRPr="00E17C98" w:rsidRDefault="00AD35FD">
      <w:pPr>
        <w:spacing w:after="60"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AD35FD" w:rsidRPr="00E17C98" w14:paraId="5D5D5660" w14:textId="77777777" w:rsidTr="00E17C98">
        <w:trPr>
          <w:jc w:val="center"/>
        </w:trPr>
        <w:tc>
          <w:tcPr>
            <w:tcW w:w="9636" w:type="dxa"/>
            <w:shd w:val="clear" w:color="auto" w:fill="F4F4F4"/>
          </w:tcPr>
          <w:p w14:paraId="7237AFBA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AD35FD" w:rsidRPr="00E17C98" w14:paraId="6E6DD37F" w14:textId="77777777" w:rsidTr="00E17C98">
        <w:trPr>
          <w:trHeight w:val="510"/>
          <w:jc w:val="center"/>
        </w:trPr>
        <w:tc>
          <w:tcPr>
            <w:tcW w:w="9636" w:type="dxa"/>
          </w:tcPr>
          <w:p w14:paraId="29E26C9F" w14:textId="77777777" w:rsidR="00AD35FD" w:rsidRPr="00E17C98" w:rsidRDefault="00AD35FD" w:rsidP="007050C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6859A31D" w14:textId="77777777" w:rsidTr="00E17C98">
        <w:trPr>
          <w:jc w:val="center"/>
        </w:trPr>
        <w:tc>
          <w:tcPr>
            <w:tcW w:w="9636" w:type="dxa"/>
            <w:shd w:val="clear" w:color="auto" w:fill="F4F4F4"/>
          </w:tcPr>
          <w:p w14:paraId="065790C6" w14:textId="169ECA0F" w:rsidR="00AD35FD" w:rsidRPr="00E17C98" w:rsidRDefault="0022291C">
            <w:pPr>
              <w:spacing w:line="228" w:lineRule="auto"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lang w:val="ro-RO"/>
              </w:rPr>
              <w:t>Cererea va fi</w:t>
            </w:r>
            <w:r w:rsidR="007050CD" w:rsidRPr="00E17C98">
              <w:rPr>
                <w:rFonts w:ascii="Cambria" w:hAnsi="Cambria"/>
                <w:lang w:val="ro-RO"/>
              </w:rPr>
              <w:t xml:space="preserve"> adresată</w:t>
            </w:r>
            <w:r w:rsidRPr="00E17C98">
              <w:rPr>
                <w:rFonts w:ascii="Cambria" w:hAnsi="Cambria"/>
                <w:lang w:val="ro-RO"/>
              </w:rPr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AD35FD" w:rsidRPr="00E17C98" w14:paraId="46CB8761" w14:textId="77777777" w:rsidTr="00E17C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AD35FD" w:rsidRPr="00E17C98" w14:paraId="32169DFD" w14:textId="77777777" w:rsidTr="00E17C98">
        <w:trPr>
          <w:trHeight w:val="510"/>
          <w:jc w:val="center"/>
        </w:trPr>
        <w:tc>
          <w:tcPr>
            <w:tcW w:w="5621" w:type="dxa"/>
            <w:gridSpan w:val="5"/>
          </w:tcPr>
          <w:p w14:paraId="09156218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1460DBA2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CNP</w:t>
            </w:r>
          </w:p>
          <w:p w14:paraId="5C61E18C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2BC6EF7D" w14:textId="77777777" w:rsidTr="00E17C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AD35FD" w:rsidRPr="00E17C98" w14:paraId="1EDA1342" w14:textId="77777777" w:rsidTr="00E17C98">
        <w:trPr>
          <w:trHeight w:val="510"/>
          <w:jc w:val="center"/>
        </w:trPr>
        <w:tc>
          <w:tcPr>
            <w:tcW w:w="1606" w:type="dxa"/>
          </w:tcPr>
          <w:p w14:paraId="09DE4D5B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Seria</w:t>
            </w:r>
          </w:p>
          <w:p w14:paraId="304A3F5A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2B6D2861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Numărul</w:t>
            </w:r>
          </w:p>
          <w:p w14:paraId="15B2CC0F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Eliberat de</w:t>
            </w:r>
          </w:p>
          <w:p w14:paraId="68E9A4D7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665BF0B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La data</w:t>
            </w:r>
          </w:p>
          <w:p w14:paraId="685EFB42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32CEFBE2" w14:textId="77777777" w:rsidTr="00E17C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AD35FD" w:rsidRPr="00E17C98" w14:paraId="5155AE8F" w14:textId="77777777" w:rsidTr="00E17C98">
        <w:trPr>
          <w:trHeight w:val="510"/>
          <w:jc w:val="center"/>
        </w:trPr>
        <w:tc>
          <w:tcPr>
            <w:tcW w:w="3212" w:type="dxa"/>
            <w:gridSpan w:val="2"/>
          </w:tcPr>
          <w:p w14:paraId="49A1DBB3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Județul</w:t>
            </w:r>
          </w:p>
          <w:p w14:paraId="6176509F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78AF07E4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2ABA8A3A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40628C12" w14:textId="77777777" w:rsidTr="00E17C98">
        <w:trPr>
          <w:trHeight w:val="510"/>
          <w:jc w:val="center"/>
        </w:trPr>
        <w:tc>
          <w:tcPr>
            <w:tcW w:w="3212" w:type="dxa"/>
            <w:gridSpan w:val="2"/>
          </w:tcPr>
          <w:p w14:paraId="5F167578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Strada</w:t>
            </w:r>
          </w:p>
          <w:p w14:paraId="7BA56E68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1489889D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Nr.</w:t>
            </w:r>
          </w:p>
          <w:p w14:paraId="7B4ABA2F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CD5A464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Sc.</w:t>
            </w:r>
          </w:p>
          <w:p w14:paraId="2B109255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35CA800D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Et.</w:t>
            </w:r>
          </w:p>
          <w:p w14:paraId="349F3CE7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5BF03D03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Ap.</w:t>
            </w:r>
          </w:p>
          <w:p w14:paraId="2A6186CA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7A7CC008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Cod poștal</w:t>
            </w:r>
          </w:p>
          <w:p w14:paraId="1EDFEC25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F72F70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Ț</w:t>
            </w:r>
            <w:r w:rsidRPr="00E17C98">
              <w:rPr>
                <w:rFonts w:ascii="Cambria" w:hAnsi="Cambria"/>
                <w:b/>
                <w:lang w:val="ro-RO"/>
              </w:rPr>
              <w:t>ara</w:t>
            </w:r>
          </w:p>
          <w:p w14:paraId="487B61C5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025BF65F" w14:textId="77777777" w:rsidTr="00E17C98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AD35FD" w:rsidRPr="00E17C98" w14:paraId="3F62D549" w14:textId="77777777" w:rsidTr="00E17C98">
        <w:trPr>
          <w:trHeight w:val="510"/>
          <w:jc w:val="center"/>
        </w:trPr>
        <w:tc>
          <w:tcPr>
            <w:tcW w:w="4015" w:type="dxa"/>
            <w:gridSpan w:val="3"/>
          </w:tcPr>
          <w:p w14:paraId="1D073D6E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Telefon / fax</w:t>
            </w:r>
          </w:p>
          <w:p w14:paraId="39CC712B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31E3EAF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E-mail</w:t>
            </w:r>
          </w:p>
          <w:p w14:paraId="6A57A506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</w:tr>
    </w:tbl>
    <w:p w14:paraId="4D9D1FE5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10"/>
        <w:gridCol w:w="5623"/>
      </w:tblGrid>
      <w:tr w:rsidR="00AD35FD" w:rsidRPr="00E17C98" w14:paraId="0CCD3AD7" w14:textId="77777777" w:rsidTr="00E17C98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TITULAR AL AUTORIZAȚIEI DE CONSTRUIRE / DESFIINȚARE</w:t>
            </w:r>
          </w:p>
        </w:tc>
      </w:tr>
      <w:tr w:rsidR="00AD35FD" w:rsidRPr="00E17C98" w14:paraId="587E3C10" w14:textId="77777777" w:rsidTr="00E17C98">
        <w:trPr>
          <w:trHeight w:val="510"/>
          <w:jc w:val="center"/>
        </w:trPr>
        <w:tc>
          <w:tcPr>
            <w:tcW w:w="1606" w:type="dxa"/>
          </w:tcPr>
          <w:p w14:paraId="38570560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Nr.</w:t>
            </w:r>
          </w:p>
          <w:p w14:paraId="7D760159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331EAC7E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Din data</w:t>
            </w:r>
          </w:p>
          <w:p w14:paraId="3ACC2CAC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45DAA697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Emisă de</w:t>
            </w:r>
          </w:p>
          <w:p w14:paraId="7035BC1B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24AC54C1" w14:textId="77777777" w:rsidTr="00E17C98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E17C98" w14:paraId="14CEAA34" w14:textId="77777777" w:rsidTr="00E17C98">
        <w:trPr>
          <w:trHeight w:val="510"/>
          <w:jc w:val="center"/>
        </w:trPr>
        <w:tc>
          <w:tcPr>
            <w:tcW w:w="9636" w:type="dxa"/>
            <w:gridSpan w:val="3"/>
          </w:tcPr>
          <w:p w14:paraId="023C43F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 xml:space="preserve">Denumirea lucrării, capacitatea și </w:t>
            </w:r>
            <w:r w:rsidRPr="00E17C98">
              <w:rPr>
                <w:rFonts w:ascii="Cambria" w:hAnsi="Cambria"/>
                <w:b/>
                <w:lang w:val="ro-RO"/>
              </w:rPr>
              <w:t>categoria de lucrări din autorizație</w:t>
            </w:r>
          </w:p>
          <w:p w14:paraId="5D07F1A8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0BCFAFD1" w14:textId="77777777" w:rsidTr="00E17C98">
        <w:trPr>
          <w:trHeight w:val="510"/>
          <w:jc w:val="center"/>
        </w:trPr>
        <w:tc>
          <w:tcPr>
            <w:tcW w:w="9636" w:type="dxa"/>
            <w:gridSpan w:val="3"/>
          </w:tcPr>
          <w:p w14:paraId="57645425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în valoare de (lei)</w:t>
            </w:r>
          </w:p>
          <w:p w14:paraId="3EFD05AE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</w:tr>
    </w:tbl>
    <w:p w14:paraId="6F25DA33" w14:textId="48CBC554" w:rsidR="00AD35FD" w:rsidRPr="00E17C98" w:rsidRDefault="0022291C" w:rsidP="007050CD">
      <w:pPr>
        <w:spacing w:before="140" w:after="40"/>
        <w:jc w:val="center"/>
        <w:rPr>
          <w:rFonts w:ascii="Cambria" w:hAnsi="Cambria"/>
          <w:sz w:val="28"/>
          <w:szCs w:val="28"/>
          <w:lang w:val="ro-RO"/>
        </w:rPr>
      </w:pPr>
      <w:r w:rsidRPr="00E17C98">
        <w:rPr>
          <w:rFonts w:ascii="Cambria" w:hAnsi="Cambria"/>
          <w:b/>
          <w:sz w:val="28"/>
          <w:szCs w:val="28"/>
          <w:lang w:val="ro-RO"/>
        </w:rPr>
        <w:t>ADUC LA CUNOȘTINȚĂ</w:t>
      </w: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7"/>
        <w:gridCol w:w="5623"/>
      </w:tblGrid>
      <w:tr w:rsidR="00AD35FD" w:rsidRPr="00E17C98" w14:paraId="43F9191F" w14:textId="77777777" w:rsidTr="00E17C98">
        <w:trPr>
          <w:trHeight w:val="510"/>
          <w:jc w:val="center"/>
        </w:trPr>
        <w:tc>
          <w:tcPr>
            <w:tcW w:w="2409" w:type="dxa"/>
          </w:tcPr>
          <w:p w14:paraId="1A30CAD2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Că la data de</w:t>
            </w:r>
          </w:p>
          <w:p w14:paraId="5CE18A2B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537E7015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ora</w:t>
            </w:r>
          </w:p>
          <w:p w14:paraId="349EB503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479316B2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au fost finalizate lucrările de construcții autorizate</w:t>
            </w:r>
          </w:p>
          <w:p w14:paraId="70DA8600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i/>
                <w:lang w:val="ro-RO"/>
              </w:rPr>
              <w:t>pentru imobilul de mai jos</w:t>
            </w:r>
          </w:p>
          <w:p w14:paraId="0A5397F4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</w:tr>
    </w:tbl>
    <w:p w14:paraId="46459DEB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AD35FD" w:rsidRPr="00E17C98" w14:paraId="503B36F7" w14:textId="77777777" w:rsidTr="00E17C98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AD35FD" w:rsidRPr="00E17C98" w14:paraId="6246E343" w14:textId="77777777" w:rsidTr="00E17C98">
        <w:trPr>
          <w:jc w:val="center"/>
        </w:trPr>
        <w:tc>
          <w:tcPr>
            <w:tcW w:w="9636" w:type="dxa"/>
            <w:gridSpan w:val="6"/>
          </w:tcPr>
          <w:p w14:paraId="0AB87AAD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E17C98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E17C98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E17C98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E17C98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E17C98">
              <w:rPr>
                <w:rFonts w:ascii="Cambria" w:hAnsi="Cambria" w:cs="Cambria"/>
                <w:sz w:val="16"/>
                <w:lang w:val="ro-RO"/>
              </w:rPr>
              <w:t>ț</w:t>
            </w:r>
            <w:r w:rsidRPr="00E17C98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AD35FD" w:rsidRPr="00E17C98" w14:paraId="53BDC58A" w14:textId="77777777" w:rsidTr="00E17C98">
        <w:trPr>
          <w:trHeight w:val="510"/>
          <w:jc w:val="center"/>
        </w:trPr>
        <w:tc>
          <w:tcPr>
            <w:tcW w:w="3212" w:type="dxa"/>
            <w:gridSpan w:val="2"/>
          </w:tcPr>
          <w:p w14:paraId="548965D1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Județ</w:t>
            </w:r>
          </w:p>
          <w:p w14:paraId="3613F305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65ED677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6F56704A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621EB7A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Sat / sector</w:t>
            </w:r>
          </w:p>
          <w:p w14:paraId="4F784361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2BC39562" w14:textId="77777777" w:rsidTr="00E17C98">
        <w:trPr>
          <w:trHeight w:val="510"/>
          <w:jc w:val="center"/>
        </w:trPr>
        <w:tc>
          <w:tcPr>
            <w:tcW w:w="1606" w:type="dxa"/>
          </w:tcPr>
          <w:p w14:paraId="32502F27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Cod poștal</w:t>
            </w:r>
          </w:p>
          <w:p w14:paraId="492DB3D9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Strada</w:t>
            </w:r>
          </w:p>
          <w:p w14:paraId="76B7FC7B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B5DE63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Nr.</w:t>
            </w:r>
          </w:p>
          <w:p w14:paraId="2C554BE8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5F4DD626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481D6BF6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D35FD" w:rsidRPr="00E17C98" w14:paraId="45E2EB9D" w14:textId="77777777" w:rsidTr="00E17C98">
        <w:trPr>
          <w:trHeight w:val="510"/>
          <w:jc w:val="center"/>
        </w:trPr>
        <w:tc>
          <w:tcPr>
            <w:tcW w:w="5621" w:type="dxa"/>
            <w:gridSpan w:val="3"/>
          </w:tcPr>
          <w:p w14:paraId="0946A25A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75CF10B0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23C02068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7460EFF8" w14:textId="77777777" w:rsidR="00AD35FD" w:rsidRPr="00E17C98" w:rsidRDefault="00AD35FD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4310081F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9"/>
        <w:gridCol w:w="2410"/>
      </w:tblGrid>
      <w:tr w:rsidR="00AD35FD" w:rsidRPr="00E17C98" w14:paraId="00876DD1" w14:textId="77777777" w:rsidTr="00E17C98">
        <w:trPr>
          <w:jc w:val="center"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CONVOCAREA COMISIEI DE RECEPȚIE</w:t>
            </w:r>
          </w:p>
        </w:tc>
      </w:tr>
      <w:tr w:rsidR="00AD35FD" w:rsidRPr="00E17C98" w14:paraId="1EE75B4F" w14:textId="77777777" w:rsidTr="00E17C98">
        <w:trPr>
          <w:trHeight w:val="510"/>
          <w:jc w:val="center"/>
        </w:trPr>
        <w:tc>
          <w:tcPr>
            <w:tcW w:w="7227" w:type="dxa"/>
          </w:tcPr>
          <w:p w14:paraId="668CA31F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Se convoacă comisia de recepție la terminarea lucrărilor</w:t>
            </w:r>
            <w:r w:rsidRPr="00E17C98">
              <w:rPr>
                <w:rFonts w:ascii="Cambria" w:hAnsi="Cambria"/>
                <w:b/>
                <w:lang w:val="ro-RO"/>
              </w:rPr>
              <w:t>, la data</w:t>
            </w:r>
          </w:p>
          <w:p w14:paraId="3C5ABEF2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005C1153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ora</w:t>
            </w:r>
          </w:p>
          <w:p w14:paraId="67115499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</w:tr>
    </w:tbl>
    <w:p w14:paraId="2CA6B2E0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AD35FD" w:rsidRPr="00E17C98" w14:paraId="4DA3EAB4" w14:textId="77777777" w:rsidTr="00E17C98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E17C98" w:rsidRDefault="0022291C">
            <w:pPr>
              <w:keepNext/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sz w:val="16"/>
                <w:lang w:val="ro-RO"/>
              </w:rPr>
              <w:t xml:space="preserve"> 6. </w:t>
            </w:r>
            <w:r w:rsidRPr="00E17C98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AD35FD" w:rsidRPr="00E17C98" w14:paraId="70E41EEA" w14:textId="77777777" w:rsidTr="00E17C98">
        <w:trPr>
          <w:trHeight w:val="510"/>
          <w:jc w:val="center"/>
        </w:trPr>
        <w:tc>
          <w:tcPr>
            <w:tcW w:w="1606" w:type="dxa"/>
          </w:tcPr>
          <w:p w14:paraId="246FD708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Data</w:t>
            </w:r>
          </w:p>
          <w:p w14:paraId="71990700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16AE7494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Titularul autorizației</w:t>
            </w:r>
          </w:p>
          <w:p w14:paraId="3DBB02B2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4A633198" w14:textId="77777777" w:rsidR="00AD35FD" w:rsidRPr="00E17C98" w:rsidRDefault="0022291C">
            <w:pPr>
              <w:rPr>
                <w:rFonts w:ascii="Cambria" w:hAnsi="Cambria"/>
                <w:lang w:val="ro-RO"/>
              </w:rPr>
            </w:pPr>
            <w:r w:rsidRPr="00E17C98">
              <w:rPr>
                <w:rFonts w:ascii="Cambria" w:hAnsi="Cambria"/>
                <w:b/>
                <w:lang w:val="ro-RO"/>
              </w:rPr>
              <w:t>Semnătura</w:t>
            </w:r>
          </w:p>
          <w:p w14:paraId="5A726045" w14:textId="77777777" w:rsidR="00AD35FD" w:rsidRPr="00E17C98" w:rsidRDefault="00AD35FD">
            <w:pPr>
              <w:rPr>
                <w:rFonts w:ascii="Cambria" w:hAnsi="Cambria"/>
                <w:lang w:val="ro-RO"/>
              </w:rPr>
            </w:pPr>
          </w:p>
        </w:tc>
      </w:tr>
    </w:tbl>
    <w:p w14:paraId="7A82EDC4" w14:textId="77777777" w:rsidR="00AD35FD" w:rsidRPr="00E17C98" w:rsidRDefault="00AD35FD">
      <w:pPr>
        <w:spacing w:line="168" w:lineRule="auto"/>
        <w:rPr>
          <w:rFonts w:ascii="Cambria" w:hAnsi="Cambria"/>
          <w:lang w:val="ro-RO"/>
        </w:rPr>
      </w:pPr>
    </w:p>
    <w:sectPr w:rsidR="00AD35FD" w:rsidRPr="00E17C98" w:rsidSect="00E17C98">
      <w:footerReference w:type="default" r:id="rId9"/>
      <w:pgSz w:w="11906" w:h="16838" w:code="9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B62C9" w14:textId="77777777" w:rsidR="0022291C" w:rsidRDefault="0022291C">
      <w:r>
        <w:separator/>
      </w:r>
    </w:p>
  </w:endnote>
  <w:endnote w:type="continuationSeparator" w:id="0">
    <w:p w14:paraId="0DB6D2C0" w14:textId="77777777" w:rsidR="0022291C" w:rsidRDefault="0022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22291C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A6BA" w14:textId="77777777" w:rsidR="0022291C" w:rsidRDefault="0022291C">
      <w:r>
        <w:separator/>
      </w:r>
    </w:p>
  </w:footnote>
  <w:footnote w:type="continuationSeparator" w:id="0">
    <w:p w14:paraId="1975F393" w14:textId="77777777" w:rsidR="0022291C" w:rsidRDefault="00222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2A3"/>
    <w:rsid w:val="0006063C"/>
    <w:rsid w:val="0015074B"/>
    <w:rsid w:val="001D6E6F"/>
    <w:rsid w:val="0022291C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17C98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2</cp:revision>
  <dcterms:created xsi:type="dcterms:W3CDTF">2013-12-23T23:15:00Z</dcterms:created>
  <dcterms:modified xsi:type="dcterms:W3CDTF">2026-08-30T11:49:00Z</dcterms:modified>
  <cp:category/>
</cp:coreProperties>
</file>